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F8EA8" w14:textId="77777777" w:rsidR="00A22751" w:rsidRDefault="00000000">
      <w:pPr>
        <w:pStyle w:val="Heading1"/>
        <w:jc w:val="center"/>
      </w:pPr>
      <w:r>
        <w:t>LORING DEVELOPMENT AUTHORITY OF MAINE</w:t>
      </w:r>
    </w:p>
    <w:p w14:paraId="2B30B706" w14:textId="77777777" w:rsidR="00A22751" w:rsidRDefault="00000000">
      <w:pPr>
        <w:pStyle w:val="Heading2"/>
        <w:jc w:val="center"/>
      </w:pPr>
      <w:r>
        <w:t>Internship &amp; Volunteer Interest Form</w:t>
      </w:r>
    </w:p>
    <w:p w14:paraId="06EA1B8D" w14:textId="641BC486" w:rsidR="00A22751" w:rsidRDefault="007C1CD3">
      <w:pPr>
        <w:jc w:val="center"/>
      </w:pPr>
      <w:r>
        <w:t>119 Weinman Rd</w:t>
      </w:r>
      <w:r w:rsidR="00000000">
        <w:t xml:space="preserve"> | Limestone, Maine</w:t>
      </w:r>
      <w:r>
        <w:t xml:space="preserve"> 04750</w:t>
      </w:r>
    </w:p>
    <w:p w14:paraId="6784DAB8" w14:textId="77777777" w:rsidR="00A22751" w:rsidRDefault="00000000">
      <w:pPr>
        <w:pStyle w:val="Heading3"/>
      </w:pPr>
      <w:r>
        <w:t>SECTION 1 – APPLICANT INFORMATION</w:t>
      </w:r>
    </w:p>
    <w:p w14:paraId="6EC7B589" w14:textId="77777777" w:rsidR="00A22751" w:rsidRDefault="00000000">
      <w:r>
        <w:t>Full Legal Name: ___________________________________________</w:t>
      </w:r>
    </w:p>
    <w:p w14:paraId="7E8C29CC" w14:textId="77777777" w:rsidR="00A22751" w:rsidRDefault="00000000">
      <w:r>
        <w:t>Preferred Name (if different): _________________________________</w:t>
      </w:r>
    </w:p>
    <w:p w14:paraId="60377ACE" w14:textId="609F2838" w:rsidR="00A22751" w:rsidRDefault="00000000">
      <w:r>
        <w:t xml:space="preserve">Mailing </w:t>
      </w:r>
      <w:proofErr w:type="gramStart"/>
      <w:r>
        <w:t>Address:_</w:t>
      </w:r>
      <w:proofErr w:type="gramEnd"/>
      <w:r>
        <w:t>_______________________________________________</w:t>
      </w:r>
    </w:p>
    <w:p w14:paraId="4B6F25E0" w14:textId="77777777" w:rsidR="00A22751" w:rsidRDefault="00000000">
      <w:r>
        <w:t>_______________________________________________________________</w:t>
      </w:r>
    </w:p>
    <w:p w14:paraId="020CD194" w14:textId="77777777" w:rsidR="00A22751" w:rsidRDefault="00000000">
      <w:r>
        <w:t>Phone Number: _____________________</w:t>
      </w:r>
    </w:p>
    <w:p w14:paraId="40D0CE04" w14:textId="77777777" w:rsidR="00A22751" w:rsidRDefault="00000000">
      <w:r>
        <w:t>Email Address: _____________________________________________</w:t>
      </w:r>
    </w:p>
    <w:p w14:paraId="257C5296" w14:textId="77777777" w:rsidR="00A22751" w:rsidRDefault="00000000">
      <w:r>
        <w:t>Are you at least 18 years of age?  ☐ Yes    ☐ No</w:t>
      </w:r>
    </w:p>
    <w:p w14:paraId="1A093A81" w14:textId="77777777" w:rsidR="00A22751" w:rsidRDefault="00000000">
      <w:pPr>
        <w:pStyle w:val="Heading3"/>
      </w:pPr>
      <w:r>
        <w:t>SECTION 2 – EDUCATION</w:t>
      </w:r>
    </w:p>
    <w:p w14:paraId="6F1617A4" w14:textId="77777777" w:rsidR="00A22751" w:rsidRDefault="00000000">
      <w:r>
        <w:t>Current School / Institution: _________________________________</w:t>
      </w:r>
    </w:p>
    <w:p w14:paraId="3D95D1EF" w14:textId="77777777" w:rsidR="00A22751" w:rsidRDefault="00000000">
      <w:r>
        <w:t>Degree Program / Major: ____________________________________</w:t>
      </w:r>
    </w:p>
    <w:p w14:paraId="37A39245" w14:textId="77777777" w:rsidR="00A22751" w:rsidRDefault="00000000">
      <w:r>
        <w:t>Minor (if applicable): _______________________________________</w:t>
      </w:r>
    </w:p>
    <w:p w14:paraId="192F2FBE" w14:textId="77777777" w:rsidR="00A22751" w:rsidRDefault="00000000">
      <w:r>
        <w:t>Anticipated Graduation Date: _________________________________</w:t>
      </w:r>
    </w:p>
    <w:p w14:paraId="42475B39" w14:textId="77777777" w:rsidR="00A22751" w:rsidRDefault="00000000">
      <w:r>
        <w:t>Current Academic Standing:</w:t>
      </w:r>
    </w:p>
    <w:p w14:paraId="46837352" w14:textId="77777777" w:rsidR="00A22751" w:rsidRDefault="00000000">
      <w:r>
        <w:t>☐ High School Student   ☐ Freshman   ☐ Sophomore   ☐ Junior   ☐ Senior   ☐ Graduate Student</w:t>
      </w:r>
    </w:p>
    <w:p w14:paraId="3BEBF3EB" w14:textId="77777777" w:rsidR="00A22751" w:rsidRDefault="00000000">
      <w:r>
        <w:t>GPA (optional): __________________</w:t>
      </w:r>
    </w:p>
    <w:p w14:paraId="2B82ECBA" w14:textId="77777777" w:rsidR="00A22751" w:rsidRDefault="00000000">
      <w:pPr>
        <w:pStyle w:val="Heading3"/>
      </w:pPr>
      <w:r>
        <w:t>SECTION 3 – AREA OF INTEREST (Check all that apply)</w:t>
      </w:r>
    </w:p>
    <w:p w14:paraId="58C071E3" w14:textId="77777777" w:rsidR="00A22751" w:rsidRDefault="00000000">
      <w:r>
        <w:t>☐ Infrastructure &amp; Utilities (Water / Sewer / Environmental Compliance)</w:t>
      </w:r>
    </w:p>
    <w:p w14:paraId="69DDF4E4" w14:textId="77777777" w:rsidR="00A22751" w:rsidRDefault="00000000">
      <w:r>
        <w:t>☐ Aviation &amp; Airport Operations</w:t>
      </w:r>
    </w:p>
    <w:p w14:paraId="0308D075" w14:textId="77777777" w:rsidR="00A22751" w:rsidRDefault="00000000">
      <w:r>
        <w:t>☐ Aerospace / Hangar Redevelopment</w:t>
      </w:r>
    </w:p>
    <w:p w14:paraId="0431D520" w14:textId="77777777" w:rsidR="00A22751" w:rsidRDefault="00000000">
      <w:r>
        <w:t>☐ Business &amp; Economic Development</w:t>
      </w:r>
    </w:p>
    <w:p w14:paraId="06C9DE15" w14:textId="77777777" w:rsidR="00A22751" w:rsidRDefault="00000000">
      <w:r>
        <w:t>☐ Public Administration / Policy</w:t>
      </w:r>
    </w:p>
    <w:p w14:paraId="0959919B" w14:textId="77777777" w:rsidR="00A22751" w:rsidRDefault="00000000">
      <w:r>
        <w:lastRenderedPageBreak/>
        <w:t>☐ Finance &amp; Accounting</w:t>
      </w:r>
    </w:p>
    <w:p w14:paraId="4C33A48D" w14:textId="77777777" w:rsidR="00A22751" w:rsidRDefault="00000000">
      <w:r>
        <w:t>☐ Construction / Facilities Management</w:t>
      </w:r>
    </w:p>
    <w:p w14:paraId="743CA5D4" w14:textId="77777777" w:rsidR="00A22751" w:rsidRDefault="00000000">
      <w:r>
        <w:t>☐ Environmental Science</w:t>
      </w:r>
    </w:p>
    <w:p w14:paraId="55B2A728" w14:textId="77777777" w:rsidR="00A22751" w:rsidRDefault="00000000">
      <w:r>
        <w:t>☐ Workforce Housing &amp; Property Management</w:t>
      </w:r>
    </w:p>
    <w:p w14:paraId="41C38E29" w14:textId="77777777" w:rsidR="00A22751" w:rsidRDefault="00000000">
      <w:r>
        <w:t>☐ Communications / Public Relations</w:t>
      </w:r>
    </w:p>
    <w:p w14:paraId="06319291" w14:textId="77777777" w:rsidR="00A22751" w:rsidRDefault="00000000">
      <w:r>
        <w:t>☐ General Volunteer Support</w:t>
      </w:r>
    </w:p>
    <w:p w14:paraId="73DB21A7" w14:textId="77777777" w:rsidR="00A22751" w:rsidRDefault="00000000">
      <w:pPr>
        <w:pStyle w:val="Heading3"/>
      </w:pPr>
      <w:r>
        <w:t>SECTION 4 – AVAILABILITY</w:t>
      </w:r>
    </w:p>
    <w:p w14:paraId="38A6ED64" w14:textId="77777777" w:rsidR="00A22751" w:rsidRDefault="00000000">
      <w:r>
        <w:t>Type of Opportunity Sought:</w:t>
      </w:r>
    </w:p>
    <w:p w14:paraId="76EDFA8E" w14:textId="77777777" w:rsidR="00A22751" w:rsidRDefault="00000000">
      <w:r>
        <w:t>☐ Summer Internship   ☐ Academic Year Internship   ☐ Short-Term Project   ☐ Volunteer Placement</w:t>
      </w:r>
    </w:p>
    <w:p w14:paraId="22B202A3" w14:textId="77777777" w:rsidR="00A22751" w:rsidRDefault="00000000">
      <w:r>
        <w:t>Available Start Date: ___________________________</w:t>
      </w:r>
    </w:p>
    <w:p w14:paraId="221BF42B" w14:textId="77777777" w:rsidR="00A22751" w:rsidRDefault="00000000">
      <w:r>
        <w:t>Available End Date: ____________________________</w:t>
      </w:r>
    </w:p>
    <w:p w14:paraId="2572DE01" w14:textId="77777777" w:rsidR="00A22751" w:rsidRDefault="00000000">
      <w:r>
        <w:t>Hours Per Week Available: _______________________</w:t>
      </w:r>
    </w:p>
    <w:p w14:paraId="42BB91AC" w14:textId="77777777" w:rsidR="00A22751" w:rsidRDefault="00000000">
      <w:r>
        <w:t>Do you require academic credit?  ☐ Yes    ☐ No</w:t>
      </w:r>
    </w:p>
    <w:p w14:paraId="30D04E00" w14:textId="77777777" w:rsidR="00A22751" w:rsidRDefault="00000000">
      <w:r>
        <w:t>If yes, please explain requirements:</w:t>
      </w:r>
    </w:p>
    <w:p w14:paraId="424D19A9" w14:textId="77777777" w:rsidR="00A22751" w:rsidRDefault="00000000">
      <w:r>
        <w:t>_______________________________________________________________</w:t>
      </w:r>
    </w:p>
    <w:p w14:paraId="22DE430F" w14:textId="77777777" w:rsidR="00A22751" w:rsidRDefault="00000000">
      <w:r>
        <w:t>_______________________________________________________________</w:t>
      </w:r>
    </w:p>
    <w:p w14:paraId="210766C8" w14:textId="77777777" w:rsidR="00A22751" w:rsidRDefault="00000000">
      <w:pPr>
        <w:pStyle w:val="Heading3"/>
      </w:pPr>
      <w:r>
        <w:t>SECTION 5 – EXPERIENCE &amp; SKILLS</w:t>
      </w:r>
    </w:p>
    <w:p w14:paraId="33FED901" w14:textId="77777777" w:rsidR="00A22751" w:rsidRDefault="00000000">
      <w:r>
        <w:t>Briefly describe relevant coursework, skills, certifications, or work experience:</w:t>
      </w:r>
    </w:p>
    <w:p w14:paraId="52D7C6BE" w14:textId="77777777" w:rsidR="00A22751" w:rsidRDefault="00000000">
      <w:r>
        <w:t>_______________________________________________________________</w:t>
      </w:r>
    </w:p>
    <w:p w14:paraId="3AF03686" w14:textId="77777777" w:rsidR="00A22751" w:rsidRDefault="00000000">
      <w:r>
        <w:t>_______________________________________________________________</w:t>
      </w:r>
    </w:p>
    <w:p w14:paraId="2C6881CE" w14:textId="77777777" w:rsidR="00A22751" w:rsidRDefault="00000000">
      <w:r>
        <w:t>_______________________________________________________________</w:t>
      </w:r>
    </w:p>
    <w:p w14:paraId="3A8EEBEF" w14:textId="77777777" w:rsidR="00A22751" w:rsidRDefault="00000000">
      <w:r>
        <w:t>Do you possess any of the following?</w:t>
      </w:r>
    </w:p>
    <w:p w14:paraId="17FE1534" w14:textId="77777777" w:rsidR="00A22751" w:rsidRDefault="00000000">
      <w:r>
        <w:t>☐ Valid Driver’s License</w:t>
      </w:r>
    </w:p>
    <w:p w14:paraId="09803C84" w14:textId="77777777" w:rsidR="00A22751" w:rsidRDefault="00000000">
      <w:r>
        <w:t>☐ OSHA Certification</w:t>
      </w:r>
    </w:p>
    <w:p w14:paraId="179E5884" w14:textId="77777777" w:rsidR="00A22751" w:rsidRDefault="00000000">
      <w:r>
        <w:t>☐ GIS Experience</w:t>
      </w:r>
    </w:p>
    <w:p w14:paraId="30B67B26" w14:textId="77777777" w:rsidR="00A22751" w:rsidRDefault="00000000">
      <w:r>
        <w:lastRenderedPageBreak/>
        <w:t>☐ AutoCAD or Engineering Software</w:t>
      </w:r>
    </w:p>
    <w:p w14:paraId="639F274F" w14:textId="77777777" w:rsidR="00A22751" w:rsidRDefault="00000000">
      <w:r>
        <w:t>☐ Financial Modeling / Excel Proficiency</w:t>
      </w:r>
    </w:p>
    <w:p w14:paraId="6BB3FEFA" w14:textId="77777777" w:rsidR="00A22751" w:rsidRDefault="00000000">
      <w:r>
        <w:t>☐ FAA / Aviation Coursework</w:t>
      </w:r>
    </w:p>
    <w:p w14:paraId="7349B1A1" w14:textId="77777777" w:rsidR="00A22751" w:rsidRDefault="00000000">
      <w:r>
        <w:t>☐ Water or Wastewater Operations Exposure</w:t>
      </w:r>
    </w:p>
    <w:p w14:paraId="6D307495" w14:textId="77777777" w:rsidR="00A22751" w:rsidRDefault="00000000">
      <w:r>
        <w:t>☐ Other (please specify): __________________________</w:t>
      </w:r>
    </w:p>
    <w:p w14:paraId="3F3647BC" w14:textId="77777777" w:rsidR="00A22751" w:rsidRDefault="00000000">
      <w:pPr>
        <w:pStyle w:val="Heading3"/>
      </w:pPr>
      <w:r>
        <w:t>SECTION 6 – STATEMENT OF INTEREST</w:t>
      </w:r>
    </w:p>
    <w:p w14:paraId="206AC48D" w14:textId="77777777" w:rsidR="00A22751" w:rsidRDefault="00000000">
      <w:r>
        <w:t>Please describe why you are interested in working with the Loring Development Authority of Maine and how this opportunity aligns with your career goals (250–500 words):</w:t>
      </w:r>
    </w:p>
    <w:p w14:paraId="3B03131D" w14:textId="77777777" w:rsidR="00A22751" w:rsidRDefault="00000000">
      <w:r>
        <w:t>_______________________________________________________________</w:t>
      </w:r>
    </w:p>
    <w:p w14:paraId="00011ABA" w14:textId="77777777" w:rsidR="00A22751" w:rsidRDefault="00000000">
      <w:r>
        <w:t>_______________________________________________________________</w:t>
      </w:r>
    </w:p>
    <w:p w14:paraId="456B0738" w14:textId="77777777" w:rsidR="00A22751" w:rsidRDefault="00000000">
      <w:r>
        <w:t>_______________________________________________________________</w:t>
      </w:r>
    </w:p>
    <w:p w14:paraId="3600CB48" w14:textId="77777777" w:rsidR="00A22751" w:rsidRDefault="00000000">
      <w:r>
        <w:t>_______________________________________________________________</w:t>
      </w:r>
    </w:p>
    <w:p w14:paraId="67D292CA" w14:textId="77777777" w:rsidR="00A22751" w:rsidRDefault="00000000">
      <w:pPr>
        <w:pStyle w:val="Heading3"/>
      </w:pPr>
      <w:r>
        <w:t>SECTION 7 – REFERENCES</w:t>
      </w:r>
    </w:p>
    <w:p w14:paraId="14562CF9" w14:textId="77777777" w:rsidR="00A22751" w:rsidRDefault="00000000">
      <w:r>
        <w:t>Reference #1</w:t>
      </w:r>
    </w:p>
    <w:p w14:paraId="4907FAEA" w14:textId="77777777" w:rsidR="00A22751" w:rsidRDefault="00000000">
      <w:r>
        <w:t>Name: ___________________________</w:t>
      </w:r>
    </w:p>
    <w:p w14:paraId="5231AE29" w14:textId="77777777" w:rsidR="00A22751" w:rsidRDefault="00000000">
      <w:r>
        <w:t>Relationship: ____________________</w:t>
      </w:r>
    </w:p>
    <w:p w14:paraId="56F33BDA" w14:textId="77777777" w:rsidR="00A22751" w:rsidRDefault="00000000">
      <w:r>
        <w:t>Phone/Email: _____________________</w:t>
      </w:r>
    </w:p>
    <w:p w14:paraId="191D0C19" w14:textId="77777777" w:rsidR="00A22751" w:rsidRDefault="00000000">
      <w:r>
        <w:t>Reference #2 (Optional)</w:t>
      </w:r>
    </w:p>
    <w:p w14:paraId="0A65E68A" w14:textId="77777777" w:rsidR="00A22751" w:rsidRDefault="00000000">
      <w:r>
        <w:t>Name: ___________________________</w:t>
      </w:r>
    </w:p>
    <w:p w14:paraId="0249EC3E" w14:textId="77777777" w:rsidR="00A22751" w:rsidRDefault="00000000">
      <w:r>
        <w:t>Relationship: ____________________</w:t>
      </w:r>
    </w:p>
    <w:p w14:paraId="68F8AB29" w14:textId="77777777" w:rsidR="00A22751" w:rsidRDefault="00000000">
      <w:r>
        <w:t>Phone/Email: _____________________</w:t>
      </w:r>
    </w:p>
    <w:p w14:paraId="5DFAC786" w14:textId="77777777" w:rsidR="00A22751" w:rsidRDefault="00000000">
      <w:pPr>
        <w:pStyle w:val="Heading3"/>
      </w:pPr>
      <w:r>
        <w:t>SECTION 8 – CERTIFICATION</w:t>
      </w:r>
    </w:p>
    <w:p w14:paraId="78C54DBF" w14:textId="77777777" w:rsidR="00A22751" w:rsidRDefault="00000000">
      <w:r>
        <w:t>I certify that the information provided is accurate and complete to the best of my knowledge.</w:t>
      </w:r>
    </w:p>
    <w:p w14:paraId="44449212" w14:textId="77777777" w:rsidR="00A22751" w:rsidRDefault="00000000">
      <w:r>
        <w:t>Signature: ______________________________________</w:t>
      </w:r>
    </w:p>
    <w:p w14:paraId="15A495C8" w14:textId="77777777" w:rsidR="00A22751" w:rsidRDefault="00000000">
      <w:r>
        <w:t>Date: ______________________</w:t>
      </w:r>
    </w:p>
    <w:sectPr w:rsidR="00A2275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26290257">
    <w:abstractNumId w:val="8"/>
  </w:num>
  <w:num w:numId="2" w16cid:durableId="278531161">
    <w:abstractNumId w:val="6"/>
  </w:num>
  <w:num w:numId="3" w16cid:durableId="1060638883">
    <w:abstractNumId w:val="5"/>
  </w:num>
  <w:num w:numId="4" w16cid:durableId="293293030">
    <w:abstractNumId w:val="4"/>
  </w:num>
  <w:num w:numId="5" w16cid:durableId="1072628594">
    <w:abstractNumId w:val="7"/>
  </w:num>
  <w:num w:numId="6" w16cid:durableId="1839730407">
    <w:abstractNumId w:val="3"/>
  </w:num>
  <w:num w:numId="7" w16cid:durableId="587881983">
    <w:abstractNumId w:val="2"/>
  </w:num>
  <w:num w:numId="8" w16cid:durableId="598412366">
    <w:abstractNumId w:val="1"/>
  </w:num>
  <w:num w:numId="9" w16cid:durableId="8187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C2642"/>
    <w:rsid w:val="007C1CD3"/>
    <w:rsid w:val="00A22751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CD5FEF"/>
  <w14:defaultImageDpi w14:val="300"/>
  <w15:docId w15:val="{87535026-48B1-4171-BFCE-59A84E239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517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Judkins</cp:lastModifiedBy>
  <cp:revision>2</cp:revision>
  <dcterms:created xsi:type="dcterms:W3CDTF">2026-02-23T15:04:00Z</dcterms:created>
  <dcterms:modified xsi:type="dcterms:W3CDTF">2026-02-23T15:04:00Z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67e0cb08-d5b5-4b13-93a9-08738f00f0d1</vt:lpwstr>
  </property>
</Properties>
</file>